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C6B8F" w14:textId="77777777" w:rsidR="009606A9" w:rsidRDefault="00000000">
      <w:pPr>
        <w:jc w:val="center"/>
      </w:pPr>
      <w:r>
        <w:rPr>
          <w:noProof/>
        </w:rPr>
        <w:drawing>
          <wp:inline distT="0" distB="0" distL="0" distR="0" wp14:anchorId="0C6C77FC" wp14:editId="5220B799">
            <wp:extent cx="1841500" cy="1227667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_00000000bad081f4bef6ca943257aa24(1)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48358" cy="1232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70440" w14:textId="77777777" w:rsidR="009606A9" w:rsidRPr="00C37A97" w:rsidRDefault="00000000">
      <w:pPr>
        <w:pStyle w:val="Heading1"/>
        <w:jc w:val="center"/>
        <w:rPr>
          <w:rFonts w:cstheme="majorHAnsi"/>
          <w:color w:val="000000" w:themeColor="text1"/>
          <w:sz w:val="24"/>
          <w:szCs w:val="24"/>
        </w:rPr>
      </w:pPr>
      <w:r w:rsidRPr="00C37A97">
        <w:rPr>
          <w:rFonts w:cstheme="majorHAnsi"/>
          <w:color w:val="000000" w:themeColor="text1"/>
          <w:sz w:val="24"/>
          <w:szCs w:val="24"/>
        </w:rPr>
        <w:t>Wellbeing Space Referral Form</w:t>
      </w:r>
    </w:p>
    <w:p w14:paraId="763AC0AC" w14:textId="77777777" w:rsidR="009606A9" w:rsidRPr="00C37A97" w:rsidRDefault="00000000">
      <w:pPr>
        <w:jc w:val="center"/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Email completed referrals to: 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wellbeingspace@wbyainthecommunity.co.uk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C37A97" w:rsidRPr="00C37A97" w14:paraId="6A9C58A8" w14:textId="77777777">
        <w:tc>
          <w:tcPr>
            <w:tcW w:w="8640" w:type="dxa"/>
          </w:tcPr>
          <w:p w14:paraId="2C699C42" w14:textId="5BF872B5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PLEASE NOTE</w:t>
            </w:r>
            <w:r w:rsidRPr="00C37A97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br/>
            </w: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WBYA In the Community provides early intervention wellbeing support and is not a crisis or emergency mental health service. If a young person is at immediate risk of harm, please contact the appropriate emergency services or safeguarding agencies before submitting this referral.</w:t>
            </w:r>
          </w:p>
        </w:tc>
      </w:tr>
    </w:tbl>
    <w:p w14:paraId="0B020638" w14:textId="77777777" w:rsidR="009606A9" w:rsidRPr="00C37A97" w:rsidRDefault="00000000">
      <w:pPr>
        <w:pStyle w:val="Heading2"/>
        <w:rPr>
          <w:rFonts w:cstheme="majorHAnsi"/>
          <w:color w:val="000000" w:themeColor="text1"/>
          <w:sz w:val="24"/>
          <w:szCs w:val="24"/>
        </w:rPr>
      </w:pPr>
      <w:r w:rsidRPr="00C37A97">
        <w:rPr>
          <w:rFonts w:cstheme="majorHAnsi"/>
          <w:color w:val="000000" w:themeColor="text1"/>
          <w:sz w:val="24"/>
          <w:szCs w:val="24"/>
        </w:rPr>
        <w:t>1. Referral Details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C37A97" w:rsidRPr="00C37A97" w14:paraId="655921D3" w14:textId="77777777">
        <w:trPr>
          <w:jc w:val="center"/>
        </w:trPr>
        <w:tc>
          <w:tcPr>
            <w:tcW w:w="4320" w:type="dxa"/>
          </w:tcPr>
          <w:p w14:paraId="67B53602" w14:textId="4E4BAB34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Referral Type </w:t>
            </w:r>
            <w:r w:rsidR="006C412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-</w:t>
            </w: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 Self-Referral</w:t>
            </w:r>
            <w:r w:rsidR="006C412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, </w:t>
            </w: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Parent/Carer</w:t>
            </w:r>
            <w:r w:rsidR="006C4123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 xml:space="preserve">, </w:t>
            </w: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Professional</w:t>
            </w:r>
          </w:p>
        </w:tc>
        <w:tc>
          <w:tcPr>
            <w:tcW w:w="4320" w:type="dxa"/>
          </w:tcPr>
          <w:p w14:paraId="2DE5D640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19E6AB2A" w14:textId="77777777">
        <w:trPr>
          <w:jc w:val="center"/>
        </w:trPr>
        <w:tc>
          <w:tcPr>
            <w:tcW w:w="4320" w:type="dxa"/>
          </w:tcPr>
          <w:p w14:paraId="27738DEB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Date of Referral</w:t>
            </w:r>
          </w:p>
        </w:tc>
        <w:tc>
          <w:tcPr>
            <w:tcW w:w="4320" w:type="dxa"/>
          </w:tcPr>
          <w:p w14:paraId="17184A4A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39657627" w14:textId="77777777">
        <w:trPr>
          <w:jc w:val="center"/>
        </w:trPr>
        <w:tc>
          <w:tcPr>
            <w:tcW w:w="4320" w:type="dxa"/>
          </w:tcPr>
          <w:p w14:paraId="4141192A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Referrer's Name</w:t>
            </w:r>
          </w:p>
        </w:tc>
        <w:tc>
          <w:tcPr>
            <w:tcW w:w="4320" w:type="dxa"/>
          </w:tcPr>
          <w:p w14:paraId="796F2EDB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49E49AC2" w14:textId="77777777">
        <w:trPr>
          <w:jc w:val="center"/>
        </w:trPr>
        <w:tc>
          <w:tcPr>
            <w:tcW w:w="4320" w:type="dxa"/>
          </w:tcPr>
          <w:p w14:paraId="047293E8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Organisation (if applicable)</w:t>
            </w:r>
          </w:p>
        </w:tc>
        <w:tc>
          <w:tcPr>
            <w:tcW w:w="4320" w:type="dxa"/>
          </w:tcPr>
          <w:p w14:paraId="3AA0E7AD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354E55FE" w14:textId="77777777">
        <w:trPr>
          <w:jc w:val="center"/>
        </w:trPr>
        <w:tc>
          <w:tcPr>
            <w:tcW w:w="4320" w:type="dxa"/>
          </w:tcPr>
          <w:p w14:paraId="6211E62E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Job Title</w:t>
            </w:r>
          </w:p>
        </w:tc>
        <w:tc>
          <w:tcPr>
            <w:tcW w:w="4320" w:type="dxa"/>
          </w:tcPr>
          <w:p w14:paraId="63B86D84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2529B32C" w14:textId="77777777">
        <w:trPr>
          <w:jc w:val="center"/>
        </w:trPr>
        <w:tc>
          <w:tcPr>
            <w:tcW w:w="4320" w:type="dxa"/>
          </w:tcPr>
          <w:p w14:paraId="1945C07A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Telephone</w:t>
            </w:r>
          </w:p>
        </w:tc>
        <w:tc>
          <w:tcPr>
            <w:tcW w:w="4320" w:type="dxa"/>
          </w:tcPr>
          <w:p w14:paraId="23F5BB93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461F2E23" w14:textId="77777777">
        <w:trPr>
          <w:jc w:val="center"/>
        </w:trPr>
        <w:tc>
          <w:tcPr>
            <w:tcW w:w="4320" w:type="dxa"/>
          </w:tcPr>
          <w:p w14:paraId="4BCB5E60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Email</w:t>
            </w:r>
          </w:p>
        </w:tc>
        <w:tc>
          <w:tcPr>
            <w:tcW w:w="4320" w:type="dxa"/>
          </w:tcPr>
          <w:p w14:paraId="53F055FA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</w:tbl>
    <w:p w14:paraId="3539D825" w14:textId="77777777" w:rsidR="009606A9" w:rsidRPr="00C37A97" w:rsidRDefault="009606A9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0725DEB5" w14:textId="77777777" w:rsidR="009606A9" w:rsidRPr="00C37A97" w:rsidRDefault="00000000">
      <w:pPr>
        <w:pStyle w:val="Heading2"/>
        <w:rPr>
          <w:rFonts w:cstheme="majorHAnsi"/>
          <w:color w:val="000000" w:themeColor="text1"/>
          <w:sz w:val="24"/>
          <w:szCs w:val="24"/>
        </w:rPr>
      </w:pPr>
      <w:r w:rsidRPr="00C37A97">
        <w:rPr>
          <w:rFonts w:cstheme="majorHAnsi"/>
          <w:color w:val="000000" w:themeColor="text1"/>
          <w:sz w:val="24"/>
          <w:szCs w:val="24"/>
        </w:rPr>
        <w:t>2. Young Person Details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C37A97" w:rsidRPr="00C37A97" w14:paraId="0FCCC1DD" w14:textId="77777777">
        <w:trPr>
          <w:jc w:val="center"/>
        </w:trPr>
        <w:tc>
          <w:tcPr>
            <w:tcW w:w="4320" w:type="dxa"/>
          </w:tcPr>
          <w:p w14:paraId="52DD825F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Young Person's Name</w:t>
            </w:r>
          </w:p>
        </w:tc>
        <w:tc>
          <w:tcPr>
            <w:tcW w:w="4320" w:type="dxa"/>
          </w:tcPr>
          <w:p w14:paraId="16DF4E55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1B426737" w14:textId="77777777">
        <w:trPr>
          <w:jc w:val="center"/>
        </w:trPr>
        <w:tc>
          <w:tcPr>
            <w:tcW w:w="4320" w:type="dxa"/>
          </w:tcPr>
          <w:p w14:paraId="3D35EA7E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Preferred Name</w:t>
            </w:r>
          </w:p>
        </w:tc>
        <w:tc>
          <w:tcPr>
            <w:tcW w:w="4320" w:type="dxa"/>
          </w:tcPr>
          <w:p w14:paraId="5871A7E2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50664DDD" w14:textId="77777777">
        <w:trPr>
          <w:jc w:val="center"/>
        </w:trPr>
        <w:tc>
          <w:tcPr>
            <w:tcW w:w="4320" w:type="dxa"/>
          </w:tcPr>
          <w:p w14:paraId="5D7E61D9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Date of Birth</w:t>
            </w:r>
          </w:p>
        </w:tc>
        <w:tc>
          <w:tcPr>
            <w:tcW w:w="4320" w:type="dxa"/>
          </w:tcPr>
          <w:p w14:paraId="547CBCDD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20864AA9" w14:textId="77777777">
        <w:trPr>
          <w:jc w:val="center"/>
        </w:trPr>
        <w:tc>
          <w:tcPr>
            <w:tcW w:w="4320" w:type="dxa"/>
          </w:tcPr>
          <w:p w14:paraId="7FC6007B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Age</w:t>
            </w:r>
          </w:p>
        </w:tc>
        <w:tc>
          <w:tcPr>
            <w:tcW w:w="4320" w:type="dxa"/>
          </w:tcPr>
          <w:p w14:paraId="6A0D6FC8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059F93A8" w14:textId="77777777">
        <w:trPr>
          <w:jc w:val="center"/>
        </w:trPr>
        <w:tc>
          <w:tcPr>
            <w:tcW w:w="4320" w:type="dxa"/>
          </w:tcPr>
          <w:p w14:paraId="5AEB0AA9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Address</w:t>
            </w:r>
          </w:p>
        </w:tc>
        <w:tc>
          <w:tcPr>
            <w:tcW w:w="4320" w:type="dxa"/>
          </w:tcPr>
          <w:p w14:paraId="0604EA5D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7E932E41" w14:textId="77777777">
        <w:trPr>
          <w:jc w:val="center"/>
        </w:trPr>
        <w:tc>
          <w:tcPr>
            <w:tcW w:w="4320" w:type="dxa"/>
          </w:tcPr>
          <w:p w14:paraId="55F04B67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Postcode</w:t>
            </w:r>
          </w:p>
        </w:tc>
        <w:tc>
          <w:tcPr>
            <w:tcW w:w="4320" w:type="dxa"/>
          </w:tcPr>
          <w:p w14:paraId="7E89912C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20BC8154" w14:textId="77777777">
        <w:trPr>
          <w:jc w:val="center"/>
        </w:trPr>
        <w:tc>
          <w:tcPr>
            <w:tcW w:w="4320" w:type="dxa"/>
          </w:tcPr>
          <w:p w14:paraId="6F627BC1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School/College (if applicable)</w:t>
            </w:r>
          </w:p>
        </w:tc>
        <w:tc>
          <w:tcPr>
            <w:tcW w:w="4320" w:type="dxa"/>
          </w:tcPr>
          <w:p w14:paraId="30329CF7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15E1853A" w14:textId="77777777">
        <w:trPr>
          <w:jc w:val="center"/>
        </w:trPr>
        <w:tc>
          <w:tcPr>
            <w:tcW w:w="4320" w:type="dxa"/>
          </w:tcPr>
          <w:p w14:paraId="7ABA45EF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Parent/Carer Name</w:t>
            </w:r>
          </w:p>
        </w:tc>
        <w:tc>
          <w:tcPr>
            <w:tcW w:w="4320" w:type="dxa"/>
          </w:tcPr>
          <w:p w14:paraId="5719DA88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7F3ED6B6" w14:textId="77777777">
        <w:trPr>
          <w:jc w:val="center"/>
        </w:trPr>
        <w:tc>
          <w:tcPr>
            <w:tcW w:w="4320" w:type="dxa"/>
          </w:tcPr>
          <w:p w14:paraId="07C0B22E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Relationship to Young Person</w:t>
            </w:r>
          </w:p>
        </w:tc>
        <w:tc>
          <w:tcPr>
            <w:tcW w:w="4320" w:type="dxa"/>
          </w:tcPr>
          <w:p w14:paraId="0680335B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4747F4B2" w14:textId="77777777">
        <w:trPr>
          <w:jc w:val="center"/>
        </w:trPr>
        <w:tc>
          <w:tcPr>
            <w:tcW w:w="4320" w:type="dxa"/>
          </w:tcPr>
          <w:p w14:paraId="28C00E36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Telephone</w:t>
            </w:r>
          </w:p>
        </w:tc>
        <w:tc>
          <w:tcPr>
            <w:tcW w:w="4320" w:type="dxa"/>
          </w:tcPr>
          <w:p w14:paraId="6AEDFE76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13F057B9" w14:textId="77777777">
        <w:trPr>
          <w:jc w:val="center"/>
        </w:trPr>
        <w:tc>
          <w:tcPr>
            <w:tcW w:w="4320" w:type="dxa"/>
          </w:tcPr>
          <w:p w14:paraId="2E832602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Email</w:t>
            </w:r>
          </w:p>
        </w:tc>
        <w:tc>
          <w:tcPr>
            <w:tcW w:w="4320" w:type="dxa"/>
          </w:tcPr>
          <w:p w14:paraId="7855F04B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</w:tbl>
    <w:p w14:paraId="06620C08" w14:textId="77777777" w:rsidR="009606A9" w:rsidRPr="00C37A97" w:rsidRDefault="009606A9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7A744EBE" w14:textId="77777777" w:rsidR="009606A9" w:rsidRPr="00C37A97" w:rsidRDefault="00000000">
      <w:pPr>
        <w:pStyle w:val="Heading2"/>
        <w:rPr>
          <w:rFonts w:cstheme="majorHAnsi"/>
          <w:color w:val="000000" w:themeColor="text1"/>
          <w:sz w:val="24"/>
          <w:szCs w:val="24"/>
        </w:rPr>
      </w:pPr>
      <w:r w:rsidRPr="00C37A97">
        <w:rPr>
          <w:rFonts w:cstheme="majorHAnsi"/>
          <w:color w:val="000000" w:themeColor="text1"/>
          <w:sz w:val="24"/>
          <w:szCs w:val="24"/>
        </w:rPr>
        <w:t>3. Medical Information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20"/>
        <w:gridCol w:w="4320"/>
      </w:tblGrid>
      <w:tr w:rsidR="00C37A97" w:rsidRPr="00C37A97" w14:paraId="7D47A8D7" w14:textId="77777777">
        <w:trPr>
          <w:jc w:val="center"/>
        </w:trPr>
        <w:tc>
          <w:tcPr>
            <w:tcW w:w="4320" w:type="dxa"/>
          </w:tcPr>
          <w:p w14:paraId="5AFDC5EF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Medical Conditions</w:t>
            </w:r>
          </w:p>
        </w:tc>
        <w:tc>
          <w:tcPr>
            <w:tcW w:w="4320" w:type="dxa"/>
          </w:tcPr>
          <w:p w14:paraId="549F45DA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070AB48B" w14:textId="77777777">
        <w:trPr>
          <w:jc w:val="center"/>
        </w:trPr>
        <w:tc>
          <w:tcPr>
            <w:tcW w:w="4320" w:type="dxa"/>
          </w:tcPr>
          <w:p w14:paraId="4125287B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Medication</w:t>
            </w:r>
          </w:p>
        </w:tc>
        <w:tc>
          <w:tcPr>
            <w:tcW w:w="4320" w:type="dxa"/>
          </w:tcPr>
          <w:p w14:paraId="498ED192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645E3D43" w14:textId="77777777">
        <w:trPr>
          <w:jc w:val="center"/>
        </w:trPr>
        <w:tc>
          <w:tcPr>
            <w:tcW w:w="4320" w:type="dxa"/>
          </w:tcPr>
          <w:p w14:paraId="40BCFE8E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lastRenderedPageBreak/>
              <w:t>Allergies</w:t>
            </w:r>
          </w:p>
        </w:tc>
        <w:tc>
          <w:tcPr>
            <w:tcW w:w="4320" w:type="dxa"/>
          </w:tcPr>
          <w:p w14:paraId="2D7E610F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48DC1752" w14:textId="77777777">
        <w:trPr>
          <w:jc w:val="center"/>
        </w:trPr>
        <w:tc>
          <w:tcPr>
            <w:tcW w:w="4320" w:type="dxa"/>
          </w:tcPr>
          <w:p w14:paraId="0E6111C1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Additional Needs / Disabilities</w:t>
            </w:r>
          </w:p>
        </w:tc>
        <w:tc>
          <w:tcPr>
            <w:tcW w:w="4320" w:type="dxa"/>
          </w:tcPr>
          <w:p w14:paraId="3CF2C77F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</w:tbl>
    <w:p w14:paraId="3E7789DE" w14:textId="77777777" w:rsidR="009606A9" w:rsidRPr="00C37A97" w:rsidRDefault="009606A9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0AF0E4C4" w14:textId="77777777" w:rsidR="009606A9" w:rsidRPr="00C37A97" w:rsidRDefault="00000000">
      <w:pPr>
        <w:pStyle w:val="Heading2"/>
        <w:rPr>
          <w:rFonts w:cstheme="majorHAnsi"/>
          <w:color w:val="000000" w:themeColor="text1"/>
          <w:sz w:val="24"/>
          <w:szCs w:val="24"/>
        </w:rPr>
      </w:pPr>
      <w:r w:rsidRPr="00C37A97">
        <w:rPr>
          <w:rFonts w:cstheme="majorHAnsi"/>
          <w:color w:val="000000" w:themeColor="text1"/>
          <w:sz w:val="24"/>
          <w:szCs w:val="24"/>
        </w:rPr>
        <w:t>4. Young Person's Voice</w:t>
      </w:r>
    </w:p>
    <w:p w14:paraId="5684E1E2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Young person is aware of this referral     </w:t>
      </w: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Young person is NOT aware</w:t>
      </w:r>
    </w:p>
    <w:p w14:paraId="42DA7B29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Young person agrees to this referral       </w:t>
      </w: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Young person does not agree       </w:t>
      </w: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Unsure</w:t>
      </w:r>
    </w:p>
    <w:p w14:paraId="52B3A87D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Parent/Carer aware of referral             </w:t>
      </w: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Parent/Carer not aware            </w:t>
      </w: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N/A</w:t>
      </w:r>
    </w:p>
    <w:p w14:paraId="5153A005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How does the young person feel about attending?  </w:t>
      </w: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Looking forward   </w:t>
      </w: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Happy   </w:t>
      </w: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Unsure   </w:t>
      </w: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Reluctant</w:t>
      </w:r>
    </w:p>
    <w:p w14:paraId="102ECD24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What does the young person hope to gain from attending?</w:t>
      </w:r>
    </w:p>
    <w:p w14:paraId="6E809213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____________________________________________________________</w:t>
      </w:r>
    </w:p>
    <w:p w14:paraId="5570E55A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____________________________________________________________</w:t>
      </w:r>
    </w:p>
    <w:p w14:paraId="671B90AC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____________________________________________________________</w:t>
      </w:r>
    </w:p>
    <w:p w14:paraId="278A14AA" w14:textId="77777777" w:rsidR="009606A9" w:rsidRPr="00C37A97" w:rsidRDefault="00000000">
      <w:pPr>
        <w:pStyle w:val="Heading2"/>
        <w:rPr>
          <w:rFonts w:cstheme="majorHAnsi"/>
          <w:color w:val="000000" w:themeColor="text1"/>
          <w:sz w:val="24"/>
          <w:szCs w:val="24"/>
        </w:rPr>
      </w:pPr>
      <w:r w:rsidRPr="00C37A97">
        <w:rPr>
          <w:rFonts w:cstheme="majorHAnsi"/>
          <w:color w:val="000000" w:themeColor="text1"/>
          <w:sz w:val="24"/>
          <w:szCs w:val="24"/>
        </w:rPr>
        <w:t>5. Reason for Referral (Tick all that apply)</w:t>
      </w:r>
    </w:p>
    <w:p w14:paraId="77479319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Anxiety    </w:t>
      </w: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Low Mood    </w:t>
      </w: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Emotional Wellbeing    </w:t>
      </w: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Low Confidence</w:t>
      </w:r>
    </w:p>
    <w:p w14:paraId="0FE32204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Social Isolation    </w:t>
      </w: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Family Difficulties    </w:t>
      </w: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Friendship Difficulties</w:t>
      </w:r>
    </w:p>
    <w:p w14:paraId="179CB7B7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Emotional Regulation    </w:t>
      </w: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ADHD/Autism    </w:t>
      </w: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Waiting for CAMHS/Mental Health Support</w:t>
      </w:r>
    </w:p>
    <w:p w14:paraId="7240AD29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Bereavement    </w:t>
      </w: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Bullying    </w:t>
      </w: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School Concerns    </w:t>
      </w: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Other __________________</w:t>
      </w:r>
    </w:p>
    <w:p w14:paraId="363FFB40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Please tell us about the young person's current needs and the reason for this referral:</w:t>
      </w:r>
    </w:p>
    <w:p w14:paraId="4F969BBE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____________________________________________________________</w:t>
      </w:r>
    </w:p>
    <w:p w14:paraId="5FE1AB87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____________________________________________________________</w:t>
      </w:r>
    </w:p>
    <w:p w14:paraId="6F7E3C45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____________________________________________________________</w:t>
      </w:r>
    </w:p>
    <w:p w14:paraId="58DB284A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What support do you feel the young person would benefit from?</w:t>
      </w:r>
    </w:p>
    <w:p w14:paraId="6AA57739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____________________________________________________________</w:t>
      </w:r>
    </w:p>
    <w:p w14:paraId="68DBA577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____________________________________________________________</w:t>
      </w:r>
    </w:p>
    <w:p w14:paraId="4D67A550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____________________________________________________________</w:t>
      </w:r>
    </w:p>
    <w:p w14:paraId="1C3DDB29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b/>
          <w:color w:val="000000" w:themeColor="text1"/>
          <w:sz w:val="24"/>
          <w:szCs w:val="24"/>
        </w:rPr>
        <w:lastRenderedPageBreak/>
        <w:t>What are the young person's strengths, interests and hobbies?</w:t>
      </w:r>
    </w:p>
    <w:p w14:paraId="0C0D795B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____________________________________________________________</w:t>
      </w:r>
    </w:p>
    <w:p w14:paraId="7BF55A24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____________________________________________________________</w:t>
      </w:r>
    </w:p>
    <w:p w14:paraId="0E901F3A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____________________________________________________________</w:t>
      </w:r>
    </w:p>
    <w:p w14:paraId="4A0AA932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Current professionals involved:</w:t>
      </w:r>
    </w:p>
    <w:p w14:paraId="1609B4B0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____________________________________________________________</w:t>
      </w:r>
    </w:p>
    <w:p w14:paraId="0D658F65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____________________________________________________________</w:t>
      </w:r>
    </w:p>
    <w:p w14:paraId="0C3AC5CD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____________________________________________________________</w:t>
      </w:r>
    </w:p>
    <w:p w14:paraId="45C2EE1D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Are there any safeguarding concerns or risks WBYA should be aware of?</w:t>
      </w:r>
    </w:p>
    <w:p w14:paraId="6235A18E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____________________________________________________________</w:t>
      </w:r>
    </w:p>
    <w:p w14:paraId="3E83A851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____________________________________________________________</w:t>
      </w:r>
    </w:p>
    <w:p w14:paraId="5BDCFC32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____________________________________________________________</w:t>
      </w:r>
    </w:p>
    <w:p w14:paraId="47C40306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Anything else you would like us to know?</w:t>
      </w:r>
    </w:p>
    <w:p w14:paraId="45B4D67F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____________________________________________________________</w:t>
      </w:r>
    </w:p>
    <w:p w14:paraId="45958D65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____________________________________________________________</w:t>
      </w:r>
    </w:p>
    <w:p w14:paraId="155E2B91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____________________________________________________________</w:t>
      </w:r>
    </w:p>
    <w:p w14:paraId="58BA2547" w14:textId="77777777" w:rsidR="009606A9" w:rsidRPr="00C37A97" w:rsidRDefault="00000000">
      <w:pPr>
        <w:pStyle w:val="Heading2"/>
        <w:rPr>
          <w:rFonts w:cstheme="majorHAnsi"/>
          <w:color w:val="000000" w:themeColor="text1"/>
          <w:sz w:val="24"/>
          <w:szCs w:val="24"/>
        </w:rPr>
      </w:pPr>
      <w:r w:rsidRPr="00C37A97">
        <w:rPr>
          <w:rFonts w:cstheme="majorHAnsi"/>
          <w:color w:val="000000" w:themeColor="text1"/>
          <w:sz w:val="24"/>
          <w:szCs w:val="24"/>
        </w:rPr>
        <w:t>6. Declaration (Complete ONE section only)</w:t>
      </w:r>
    </w:p>
    <w:p w14:paraId="7834F932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Professional Referral</w:t>
      </w:r>
    </w:p>
    <w:p w14:paraId="2348DC4A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I have discussed this referral with the young person where appropriate.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br/>
      </w: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I have informed the parent/carer where appropriate.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C37A97" w:rsidRPr="00C37A97" w14:paraId="79AB57DF" w14:textId="77777777">
        <w:tc>
          <w:tcPr>
            <w:tcW w:w="4320" w:type="dxa"/>
          </w:tcPr>
          <w:p w14:paraId="3D37D6BA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Professional Name</w:t>
            </w:r>
          </w:p>
        </w:tc>
        <w:tc>
          <w:tcPr>
            <w:tcW w:w="4320" w:type="dxa"/>
          </w:tcPr>
          <w:p w14:paraId="2235813A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6EF43FC2" w14:textId="77777777">
        <w:tc>
          <w:tcPr>
            <w:tcW w:w="4320" w:type="dxa"/>
          </w:tcPr>
          <w:p w14:paraId="3D5702FE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4320" w:type="dxa"/>
          </w:tcPr>
          <w:p w14:paraId="4E1AA336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16B4BCD2" w14:textId="77777777">
        <w:tc>
          <w:tcPr>
            <w:tcW w:w="4320" w:type="dxa"/>
          </w:tcPr>
          <w:p w14:paraId="2B3ED9F5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4320" w:type="dxa"/>
          </w:tcPr>
          <w:p w14:paraId="253C55CF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</w:tbl>
    <w:p w14:paraId="2EBC76DE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Parent/Carer Referral</w:t>
      </w:r>
    </w:p>
    <w:p w14:paraId="0F28ED6E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I confirm the information provided is accurate.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br/>
      </w: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I consent to WBYA contacting me regarding this referral.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C37A97" w:rsidRPr="00C37A97" w14:paraId="0757D94A" w14:textId="77777777">
        <w:tc>
          <w:tcPr>
            <w:tcW w:w="4320" w:type="dxa"/>
          </w:tcPr>
          <w:p w14:paraId="30295314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Parent/Carer Name</w:t>
            </w:r>
          </w:p>
        </w:tc>
        <w:tc>
          <w:tcPr>
            <w:tcW w:w="4320" w:type="dxa"/>
          </w:tcPr>
          <w:p w14:paraId="3C64EFFF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199F6169" w14:textId="77777777">
        <w:tc>
          <w:tcPr>
            <w:tcW w:w="4320" w:type="dxa"/>
          </w:tcPr>
          <w:p w14:paraId="5037A294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4320" w:type="dxa"/>
          </w:tcPr>
          <w:p w14:paraId="0164F889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5150864D" w14:textId="77777777">
        <w:tc>
          <w:tcPr>
            <w:tcW w:w="4320" w:type="dxa"/>
          </w:tcPr>
          <w:p w14:paraId="1268B11F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lastRenderedPageBreak/>
              <w:t>Date</w:t>
            </w:r>
          </w:p>
        </w:tc>
        <w:tc>
          <w:tcPr>
            <w:tcW w:w="4320" w:type="dxa"/>
          </w:tcPr>
          <w:p w14:paraId="555FA52D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</w:tbl>
    <w:p w14:paraId="193D1D21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>Self-Referral</w:t>
      </w:r>
    </w:p>
    <w:p w14:paraId="589336B4" w14:textId="77777777" w:rsidR="009606A9" w:rsidRPr="00C37A97" w:rsidRDefault="00000000">
      <w:pPr>
        <w:rPr>
          <w:rFonts w:asciiTheme="majorHAnsi" w:hAnsiTheme="majorHAnsi" w:cstheme="majorHAnsi"/>
          <w:color w:val="000000" w:themeColor="text1"/>
          <w:sz w:val="24"/>
          <w:szCs w:val="24"/>
        </w:rPr>
      </w:pP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I would like support from WBYA.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br/>
      </w:r>
      <w:r w:rsidRPr="00C37A97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C37A97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 I understand WBYA will contact me and, where appropriate, my parent/carer.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C37A97" w:rsidRPr="00C37A97" w14:paraId="5839923A" w14:textId="77777777">
        <w:tc>
          <w:tcPr>
            <w:tcW w:w="4320" w:type="dxa"/>
          </w:tcPr>
          <w:p w14:paraId="22A68EAE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Young Person's Name</w:t>
            </w:r>
          </w:p>
        </w:tc>
        <w:tc>
          <w:tcPr>
            <w:tcW w:w="4320" w:type="dxa"/>
          </w:tcPr>
          <w:p w14:paraId="6ABC6347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42B0D2DB" w14:textId="77777777">
        <w:tc>
          <w:tcPr>
            <w:tcW w:w="4320" w:type="dxa"/>
          </w:tcPr>
          <w:p w14:paraId="33ABA971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4320" w:type="dxa"/>
          </w:tcPr>
          <w:p w14:paraId="5B901CE1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11618914" w14:textId="77777777">
        <w:tc>
          <w:tcPr>
            <w:tcW w:w="4320" w:type="dxa"/>
          </w:tcPr>
          <w:p w14:paraId="149603B6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Date</w:t>
            </w:r>
          </w:p>
        </w:tc>
        <w:tc>
          <w:tcPr>
            <w:tcW w:w="4320" w:type="dxa"/>
          </w:tcPr>
          <w:p w14:paraId="5A192306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</w:tbl>
    <w:p w14:paraId="65D48D52" w14:textId="77777777" w:rsidR="009606A9" w:rsidRPr="00C37A97" w:rsidRDefault="00000000">
      <w:pPr>
        <w:pStyle w:val="Heading2"/>
        <w:rPr>
          <w:rFonts w:cstheme="majorHAnsi"/>
          <w:color w:val="000000" w:themeColor="text1"/>
          <w:sz w:val="24"/>
          <w:szCs w:val="24"/>
        </w:rPr>
      </w:pPr>
      <w:r w:rsidRPr="00C37A97">
        <w:rPr>
          <w:rFonts w:cstheme="majorHAnsi"/>
          <w:color w:val="000000" w:themeColor="text1"/>
          <w:sz w:val="24"/>
          <w:szCs w:val="24"/>
        </w:rPr>
        <w:t>7. WBYA Office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C37A97" w:rsidRPr="00C37A97" w14:paraId="20543CB6" w14:textId="77777777">
        <w:tc>
          <w:tcPr>
            <w:tcW w:w="4320" w:type="dxa"/>
          </w:tcPr>
          <w:p w14:paraId="263E6074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Referral Received</w:t>
            </w:r>
          </w:p>
        </w:tc>
        <w:tc>
          <w:tcPr>
            <w:tcW w:w="4320" w:type="dxa"/>
          </w:tcPr>
          <w:p w14:paraId="4206F791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53EB4648" w14:textId="77777777">
        <w:tc>
          <w:tcPr>
            <w:tcW w:w="4320" w:type="dxa"/>
          </w:tcPr>
          <w:p w14:paraId="5AA9CD16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Reviewed by Director / DSL</w:t>
            </w:r>
          </w:p>
        </w:tc>
        <w:tc>
          <w:tcPr>
            <w:tcW w:w="4320" w:type="dxa"/>
          </w:tcPr>
          <w:p w14:paraId="3F2D9CF5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26E5A55F" w14:textId="77777777">
        <w:tc>
          <w:tcPr>
            <w:tcW w:w="4320" w:type="dxa"/>
          </w:tcPr>
          <w:p w14:paraId="03F42BD9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Outcome</w:t>
            </w:r>
          </w:p>
        </w:tc>
        <w:tc>
          <w:tcPr>
            <w:tcW w:w="4320" w:type="dxa"/>
          </w:tcPr>
          <w:p w14:paraId="4942E8B1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4FAA0CCD" w14:textId="77777777">
        <w:tc>
          <w:tcPr>
            <w:tcW w:w="4320" w:type="dxa"/>
          </w:tcPr>
          <w:p w14:paraId="5305E389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Registration Pack Sent</w:t>
            </w:r>
          </w:p>
        </w:tc>
        <w:tc>
          <w:tcPr>
            <w:tcW w:w="4320" w:type="dxa"/>
          </w:tcPr>
          <w:p w14:paraId="23F6D730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5191EE0C" w14:textId="77777777">
        <w:tc>
          <w:tcPr>
            <w:tcW w:w="4320" w:type="dxa"/>
          </w:tcPr>
          <w:p w14:paraId="49B9EF6F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Registration Pack Returned</w:t>
            </w:r>
          </w:p>
        </w:tc>
        <w:tc>
          <w:tcPr>
            <w:tcW w:w="4320" w:type="dxa"/>
          </w:tcPr>
          <w:p w14:paraId="7D2362CB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31DE40AA" w14:textId="77777777">
        <w:tc>
          <w:tcPr>
            <w:tcW w:w="4320" w:type="dxa"/>
          </w:tcPr>
          <w:p w14:paraId="66661634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Welcome Meeting Booked</w:t>
            </w:r>
          </w:p>
        </w:tc>
        <w:tc>
          <w:tcPr>
            <w:tcW w:w="4320" w:type="dxa"/>
          </w:tcPr>
          <w:p w14:paraId="756EAC8B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12950599" w14:textId="77777777">
        <w:tc>
          <w:tcPr>
            <w:tcW w:w="4320" w:type="dxa"/>
          </w:tcPr>
          <w:p w14:paraId="36639073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First Session Date</w:t>
            </w:r>
          </w:p>
        </w:tc>
        <w:tc>
          <w:tcPr>
            <w:tcW w:w="4320" w:type="dxa"/>
          </w:tcPr>
          <w:p w14:paraId="24A96BB0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2226FBA8" w14:textId="77777777">
        <w:tc>
          <w:tcPr>
            <w:tcW w:w="4320" w:type="dxa"/>
          </w:tcPr>
          <w:p w14:paraId="7A047D12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Allocated Staff Member</w:t>
            </w:r>
          </w:p>
        </w:tc>
        <w:tc>
          <w:tcPr>
            <w:tcW w:w="4320" w:type="dxa"/>
          </w:tcPr>
          <w:p w14:paraId="193F081D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tr w:rsidR="00C37A97" w:rsidRPr="00C37A97" w14:paraId="02734C58" w14:textId="77777777">
        <w:tc>
          <w:tcPr>
            <w:tcW w:w="4320" w:type="dxa"/>
          </w:tcPr>
          <w:p w14:paraId="4C911B92" w14:textId="77777777" w:rsidR="009606A9" w:rsidRPr="00C37A97" w:rsidRDefault="00000000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  <w:r w:rsidRPr="00C37A97"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  <w:t>Notes</w:t>
            </w:r>
          </w:p>
        </w:tc>
        <w:tc>
          <w:tcPr>
            <w:tcW w:w="4320" w:type="dxa"/>
          </w:tcPr>
          <w:p w14:paraId="75DB8B13" w14:textId="77777777" w:rsidR="009606A9" w:rsidRPr="00C37A97" w:rsidRDefault="009606A9">
            <w:pPr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</w:tbl>
    <w:p w14:paraId="1C4489F0" w14:textId="77777777" w:rsidR="00090EB5" w:rsidRDefault="00090EB5"/>
    <w:sectPr w:rsidR="00090EB5" w:rsidSect="000346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75838" w14:textId="77777777" w:rsidR="0031115B" w:rsidRDefault="0031115B">
      <w:pPr>
        <w:spacing w:after="0" w:line="240" w:lineRule="auto"/>
      </w:pPr>
      <w:r>
        <w:separator/>
      </w:r>
    </w:p>
  </w:endnote>
  <w:endnote w:type="continuationSeparator" w:id="0">
    <w:p w14:paraId="5DDE3B68" w14:textId="77777777" w:rsidR="0031115B" w:rsidRDefault="00311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A0CED" w14:textId="77777777" w:rsidR="00E54BAE" w:rsidRDefault="00E54B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120F9" w14:textId="77777777" w:rsidR="009606A9" w:rsidRDefault="00000000">
    <w:pPr>
      <w:pStyle w:val="Footer"/>
    </w:pPr>
    <w:r>
      <w:t>WBYA Wellbeing Space Referral Form | Version 1.0 | Review: August 2027 | wellbeingspace@wbyainthecommunity.co.uk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1F4CA" w14:textId="77777777" w:rsidR="00E54BAE" w:rsidRDefault="00E54B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659B1" w14:textId="77777777" w:rsidR="0031115B" w:rsidRDefault="0031115B">
      <w:pPr>
        <w:spacing w:after="0" w:line="240" w:lineRule="auto"/>
      </w:pPr>
      <w:r>
        <w:separator/>
      </w:r>
    </w:p>
  </w:footnote>
  <w:footnote w:type="continuationSeparator" w:id="0">
    <w:p w14:paraId="5A367D53" w14:textId="77777777" w:rsidR="0031115B" w:rsidRDefault="00311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8334E" w14:textId="77777777" w:rsidR="00E54BAE" w:rsidRDefault="00E54B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3144026"/>
      <w:docPartObj>
        <w:docPartGallery w:val="Watermarks"/>
        <w:docPartUnique/>
      </w:docPartObj>
    </w:sdtPr>
    <w:sdtContent>
      <w:p w14:paraId="31319AD2" w14:textId="72CEA564" w:rsidR="00E54BAE" w:rsidRDefault="00000000">
        <w:pPr>
          <w:pStyle w:val="Header"/>
        </w:pPr>
        <w:r>
          <w:rPr>
            <w:noProof/>
          </w:rPr>
          <w:pict w14:anchorId="0F7A7C4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1025" type="#_x0000_t136" style="position:absolute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CONFIDENTIAL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A5913" w14:textId="77777777" w:rsidR="00E54BAE" w:rsidRDefault="00E54B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1245876">
    <w:abstractNumId w:val="8"/>
  </w:num>
  <w:num w:numId="2" w16cid:durableId="432095369">
    <w:abstractNumId w:val="6"/>
  </w:num>
  <w:num w:numId="3" w16cid:durableId="860318297">
    <w:abstractNumId w:val="5"/>
  </w:num>
  <w:num w:numId="4" w16cid:durableId="108429169">
    <w:abstractNumId w:val="4"/>
  </w:num>
  <w:num w:numId="5" w16cid:durableId="174005170">
    <w:abstractNumId w:val="7"/>
  </w:num>
  <w:num w:numId="6" w16cid:durableId="165022736">
    <w:abstractNumId w:val="3"/>
  </w:num>
  <w:num w:numId="7" w16cid:durableId="2042854856">
    <w:abstractNumId w:val="2"/>
  </w:num>
  <w:num w:numId="8" w16cid:durableId="930744336">
    <w:abstractNumId w:val="1"/>
  </w:num>
  <w:num w:numId="9" w16cid:durableId="1027873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90EB5"/>
    <w:rsid w:val="0015074B"/>
    <w:rsid w:val="0029639D"/>
    <w:rsid w:val="002B2FEB"/>
    <w:rsid w:val="0031021E"/>
    <w:rsid w:val="0031115B"/>
    <w:rsid w:val="00326F90"/>
    <w:rsid w:val="006C4123"/>
    <w:rsid w:val="00730565"/>
    <w:rsid w:val="0095090B"/>
    <w:rsid w:val="009606A9"/>
    <w:rsid w:val="00AA1D8D"/>
    <w:rsid w:val="00B47730"/>
    <w:rsid w:val="00C37A97"/>
    <w:rsid w:val="00CB0664"/>
    <w:rsid w:val="00DA7418"/>
    <w:rsid w:val="00E54BAE"/>
    <w:rsid w:val="00FC693F"/>
    <w:rsid w:val="00FE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A7D906"/>
  <w14:defaultImageDpi w14:val="300"/>
  <w15:docId w15:val="{5A41425B-99AC-4515-ABA0-54FE7D594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4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Zena Hardy</cp:lastModifiedBy>
  <cp:revision>5</cp:revision>
  <dcterms:created xsi:type="dcterms:W3CDTF">2013-12-23T23:15:00Z</dcterms:created>
  <dcterms:modified xsi:type="dcterms:W3CDTF">2026-08-08T15:51:00Z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ff551173-7ddc-4f34-80e7-efd228d96eef</vt:lpwstr>
  </property>
</Properties>
</file>